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מקום בארץ – חידות תמונה: מזהים את היישוב?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מקום בארץ: חידות תמונה על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אזורים ויישובים עיקריים בארץ דרך חידות 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חידת תמונה מחיבור מילים, אותיות ומספרים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חידה לפי סדר רמזים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ולהסביר חידת תמונה חדשה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מכירים את המפה של הארץ – מכירים את האזורים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אחד משישה אזורי הארץ שמופיעים בחידות.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אזור שמוקם סביב חיפה והר הכרמל.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האזורים הם: הגליל והצפון, חיפה והכרמל, העמקים, השרון והמרכז, השפלה והדרום, הנגב והערבה.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מכירים את המפה של הארץ – מתאימים יישוב לאזור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(הגליל והצפון)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(חיפה והכרמל)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(השרון והמרכז)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(השפלה והדרום)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מכירים את המפה של הארץ – חושבים על האזורים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טירת כרמל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מכירים את המפה של הארץ – כותבים ומסבירים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איך בונים חידת תמונה: תמונה הופכת למילה – זיהוי 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ראש 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נהריה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גבעתיים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איך בונים חידת תמונה: תמונה הופכת למילה – משלימים את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איך בונים חידת תמונה: תמונה הופכת למילה – חושבים ובונים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אומרים מה רואים בתמונות, סופרים משבצות ואותיות, ואז מחברים ובודקים אם יש יישוב כזה.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פותרים חידה צעד אחר צעד – מכירים את סולם הרמזים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מסודר סולם הרמזים בחידה.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אחרי המפה והאות הראשונה מגיע משחק המילים.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פותרים חידה צעד אחר צעד – מתרגלים את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באיזה אזור בארץ (מפה)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ראש פינה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פותרים חידה צעד אחר צעד – כותבים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נהריה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משחקים בכיתה: חידון, קבוצות ומפה – מכירים את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נכון, כך בדיוק עובד החידון המהיר.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במשחק המפה לוחצים על הנקודה הנכונה במפה, לא כותבים.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משחקים בכיתה: חידון, קבוצות ומפה – משלימים את כללי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משחקים בכיתה: חידון, קבוצות ומפה – חושבים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קודם רמז לפי מפה, אחר כך האות הראשונה, ולבסוף רמז של משחק המילים.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רואים באיזה אזור בארץ נמצא היישוב, וזה מצמצם את הניחושים.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בונים חידת תמונה משלנו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בית + שמש = בית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כותבים את החלק באותיות, למשל נהר + יה = נהריה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באר + 7 = באר שבע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בונים חידת תמונה משלנו – מרכיבים 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בונים חידת תמונה משלנו – מתכננים 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דוגמה: כפר + סבא – מציירים כפר קטן ואיש זקן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אמריקאיות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ראש 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אומרים בקול מה רואים בכל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ללחוץ על הנקודה הנכונה בארץ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לתאר: מזהים מה מצויר בכל תמונה, אומרים את המילים בקול, ומחברים אותן יחד לשם של יישוב קיים. דוגמה סבירה כמו בית+שמש=בית שמש.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לתאר שלב אחד נכון מתוך השלושה ולהסביר איך הוא מקרב לפתרון, למשל האזור במפה מצמצם את האפשרויות.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שיוך נכון של לפחות 4 יישובים לאזורים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נכון על צירוף מילים או מילה+אותיות בדוגמה אחת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שימוש נכון בסדר הרמזים: מפה, אות ראשונה, משחק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שיעורים: שיעור אחד למפה, שיעור אחד לבניית מילים, שיעור אחד לפתרון ומשחקים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כדאי להתחיל מפרק 1 ו-3 בלבד, עם חידות קלות ותמונות גדולות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תרגול בפרק 2 עם דוגמאות נוספות של חיבור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עבודה בזוגות בפרק 5, כדי שיסבירו זה לזה את החידה שבנו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מקום בארץ – חידות תמונה: מזהים את היישוב?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מקום בארץ: חידות תמונה על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נפתור חידות תמונה על יישובים בארץ, נלמד איך בונים אותן, ונתרגל את המשחקים מהאתר על דף. עובדים לפי הסדר מפרק לפרק, וכותבים תשובות בכתב 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3  ·  חולון  ·  פינה  ·  נהריה  ·  שתי  ·  שמש  ·  שמש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מכירים את המפה של הארץ – מכירים את האזורים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באתר יש אזור בשם "הגליל והצפון".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אחד האזורים באתר נקרא "חיפה והכרמל".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באתר יש אזור בשם "הים התיכון".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מכירים את המפה של הארץ – מתאימים יישוב לאזור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נהריה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חיפה והכרמל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טירת כרמל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השרון והמרכז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רמת 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השפלה והדרום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בית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הגליל והצפון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מכירים את המפה של הארץ – חושבים על האזורים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חידה שמסומנת באזור "חיפה והכרמל" יכולה להיות על איזה 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טירת 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נהריה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מכירים את המפה של הארץ – כותבים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איך בונים חידת תמונה: תמונה הופכת למילה – זיהוי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ראש + פינה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ראש העין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ראש 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ראשון לציון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נהר + יה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נהריה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נהר הירדן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נתניה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גבעה + גבעה = ? (צורת זוגי)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גבעת זאב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גבעתיים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גבעת שמואל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איך בונים חידת תמונה: תמונה הופכת למילה – משלימים את השם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בית + __________ = בית 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חול + ון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איך בונים חידת תמונה: תמונה הופכת למילה – חושבים ובונים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בקצרה איך פותרים חידת תמונה: מה עושים קודם, ומה אחר כך?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פותרים חידה צעד אחר צעד – מכירים את סולם הרמזים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ברמז הראשון בסולם מסתכלים על המפה ובודקים באיזה אזור בארץ נמצא היישוב.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הרמז האחרון בסולם הוא משחק המילים שבתמונה.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פותרים חידה צעד אחר צעד – מתרגלים את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בודקים ראשון כשפותרים חידת 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האות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באיזה אזור בארץ (מפה)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 משחק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בתמונה של ראש + פינה, איזה יישוב מתקבל?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ראש 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פינת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ראש העין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פותרים חידה צעד אחר צעד – כותבים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נהר + יה = __________ (שם יישוב בצפון הארץ)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משחקים בכיתה: חידון, קבוצות ומפה – מכירים את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בחידון מהיר רואים חידה ובוחרים את היישוב הנכון מתוך כמה אפשרויות.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המפה צריך לכתוב את שם היישוב באותיות.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משחקים בכיתה: חידון, קבוצות ומפה – משלימים את כללי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בחידון מהיר, ניחוש נכון בניסיון הראשון שווה __________ נקודות.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במשחק קבוצות אפשר לשחק עם 2, __________ או 4 קבוצות.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משחקים בכיתה: חידון, קבוצות ומפה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לפי הסדר הנכון את שלושת שלבי סולם הרמזים בחידה, מהרמז הראשון ועד האחרון.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תארו במשפט אחד איך משחק המפה עוזר לפתור חידה.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בונים חידת תמונה משלנו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לבנות חידת תמונה אפשר לחלק שם יישוב לשני חלקים שמציירים בנפרד.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אי אפשר לצייר חלק מהמילה, אי אפשר לבנות איתו חידה.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להשתמש בספרה שקוראים אותה כמילה, כמו 7 במקום שבע.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בונים חידת תמונה משלנו – מרכיבים 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בית + __________ = בית 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ראש + __________ = ראש פינה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בונים חידת תמונה משלנו – מתכננים 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שם יישוב משתי מילים (למשל כפר סבא). איך תחלקו אותו לשני חלקים לציור?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חזרה מסכמת – שאלות אמריקאיות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תמונה של "ראש" ותמונה של "פינה" ביחד נותנות את השם: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ראש 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פינת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ראשון לציון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בשלב הראשון כשפותרים חידת תמונה,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סופרים את המשבצות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אומרים בקול מה רואים בכל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חושפים מיד את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במשחק המפה, מה צריך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ללחוץ על הנקודה הנכונה בארץ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לכתוב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לצייר תמונה חדשה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במילים שלכם איך הופכים שתי תמונות לשם של יישוב, ותנו דוגמה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תארו שלב אחד בסולם הרמזים (מפה, אות ראשונה, או משחק מילים) ולמה הוא עוזר לפתור את החידה.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לשייך יישוב לאזור שלו במפה?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מבין/ה איך לחבר תמונות ואותיות לשם של מקום?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מקום בארץ: חידות תמונה על יישובים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