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אזורים ויישובים עיקריים בארץ דרך חידות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חידת תמונה מחיבור מילים, אותיות ומספרים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חידה לפי סדר רמזים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ולהסביר חידת תמונה חדשה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המפה של הארץ – מכירים את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משישה אזורי הארץ שמופיעים בחידות.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אזור שמוקם סביב חיפה והר הכרמל.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האזורים הם: הגליל והצפון, חיפה והכרמל, העמקים, השרון והמרכז, השפלה והדרום, הנגב והערבה.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הנגב והערבה משתרעים בחלק הדרומי של הארץ, עד אילת.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המפה של הארץ – מתאימים יישוב לאזור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(הגליל והצפון)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(חיפה והכרמל)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(העמקים)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(השרון והמרכז)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(השפלה והדרום)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(הנגב והערבה)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המפה של הארץ – חושבים על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טירת כרמל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הנגב והערבה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מכירים את המפה של הארץ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רהט נמצא בנגב והערבה כי הוא יישוב בדרום הארץ.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בונים חידת תמונה: תמונה הופכת למילה – זיהוי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גבעתיים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בית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בונים חידת תמונה: תמונה הופכת למילה – משלימים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קריית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בונים חידת תמונה: תמונה הופכת למילה – חושבים ובונים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מה רואים בתמונות, סופרים משבצות ואותיות, ואז מחברים ובודקים אם יש יישוב כזה.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כשחוזרים פעמיים על אותה מילה מוסיפים סיומת זוגי כמו בידיים ובעיניים, כדי להראות שיש שתי גבעות.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חול + ון = חולון.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למשל: מציירים עיר קטנה ולידה הספרה 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פותרים חידה צעד אחר צעד – מכירים את סולם הרמזים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מסודר סולם הרמזים בחידה.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המפה והאות הראשונה מגיע משחק המילים.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כותבים הסבר, ורק אז חושפים את התשובה.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פותרים חידה צעד אחר צעד – מתרגלים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באיזה אזור בארץ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פותרים חידה צעד אחר צעד – כותבים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משחקים בכיתה: חידון, קבוצות ומפה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כך בדיוק עובד החידון המהיר.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במשחק המפה לוחצים על הנקודה הנכונה במפה, לא כותבים.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במשחק קבוצות משחקים עם 2, 3 או 4 קבוצות.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ניסיון ראשון שווה שתי נקודות וניסיון שני שווה נקודה אחת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אפשר לבחור שעון של 30, 45 או 60 שניות לכל סבב.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משחקים בכיתה: חידון, קבוצות ומפה – משלימים את 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משחקים בכיתה: חידון, קבוצות ומפה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רמז לפי מפה, אחר כך האות הראשונה, ולבסוף רמז של משחק המילים.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באיזה אזור בארץ נמצא היישוב, וזה מצמצם את הניחושים.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מסבירים שהתמונה מתחלקת לשתי מילים: בית ושמש, וביחד הן נותנות את שם היישוב בית 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שעון כדאי כשרוצים תחרות מהירה ומרגשת; בלי שעון כדאי כשרוצים זמן לחשוב בשקט ולהסביר את הפתרון.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בונים חידת תמונה משלנו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בית + שמש = בית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כותבים את החלק באותיות, למשל נהר + יה =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באר + 7 =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לוודא שהיא ברורה ואפשר לפתור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חידת תמונה משלנו – מרכיבים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חידת תמונה משלנו – מתכננים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כפר + סבא – מציירים כפר קטן ואיש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אילת – מציירים איל וכותבים את האות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רמז שמתאר את האזור או את התמונות בלי לומר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סופרים את האותיות בשם היישוב ומשווים למספר החלקים שציירו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אמריקאיות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אומרים בקול מה רואים בכל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ללחוץ על הנקודה הנכונה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רמה + גן = רמת 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תמונה של איל + האות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מי שמסביר את משחק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לתאר: מזהים מה מצויר בכל תמונה, אומרים את המילים בקול, ומחברים אותן יחד לשם של יישוב קיים. דוגמה סבירה כמו בית+שמש=בית 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תבחר דרך אחת מתוך הרשימה שבאתר ותסביר אותה נכון עם דוגמה מתאימה, למשל הומופון: אתה נשמע כמו אתא (קריית אתא).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לתאר שלב אחד נכון מתוך השלושה ולהסביר איך הוא מקרב לפתרון, למשל האזור במפה מצמצם את האפשרויות.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שיוך נכון של לפחות 4 יישובים לאזורים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על צירוף מילים או מילה+אותיות בדוגמה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בסדר הרמזים: מפה, אות ראשונה, משחק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שיעורים: שיעור אחד למפה, שיעור אחד לבניית מילים, שיעור אחד לפתרון ומשחקים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להתחיל מפרק 1 ו-3 בלבד, עם חידות קלות ותמונות גדולות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בפרק 2 עם דוגמאות נוספות של חיבור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עבודה בזוגות בפרק 5, כדי שיסבירו זה לזה את החידה שבנו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נפתור חידות על מקומות בארץ. נלמד איך בונים חידה מתמונות. עובדים לפי הסדר, פרק אחרי פרק, וכותבים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תמונה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תמונות שמרכיבות יחד שם של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שאנשים גרים בו, כמו עיר או קיבוץ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מהארץ, למשל הגליל או הנגב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 רמזים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רמזים לפי סדר: מפה, אות ראשונה, משחק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שתי מילים שלמות לשם אחד, כמו ראש+פינה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ואותיות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מהשם מצויר וחלק נכתב באותיות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צורת 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שחוזרת פעמיים, כמו גבעה+גבעה=גבעתיים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שמיעת המילה בקול במקום לקרוא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המפה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לחיצה על הנקודה הנכונה במפת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המפה של הארץ – מכירים את האזורים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אזור בשם "הגליל והצפון".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האזורים באתר נקרא "חיפה והכרמל".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אזור בשם "הים התיכון".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הנגב והערבה הוא אזור שנמצא בדרום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המפה של הארץ – מתאימים יישוב לאזור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נהריה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העמקים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טירת 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השרון והמרכז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עפולה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הנגב והערבה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רמת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השפלה והדרום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הגליל והצפון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חיפה והכרמל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המפה של הארץ – חושבים על האזורים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יישוב שייך לאזור חיפה והכרמל?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טירת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אזור נמצא הכי בדרום?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הגליל והצפון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העמקים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 והערבה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 והכרמל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מכירים את המפה של הארץ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אחד: נהריה, רהט, עפולה או רמת גן. כתבו באיזה אזור הוא נמצא ולמה חשבתם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בונים חידת תמונה: תמונה הופכת למילה – זיהוי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מקבלים כשמחברים את המילים ראש ופינה?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הנקרה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מקבלים כשמחברים נהר ואותיות 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מקבלים כשחוזרים פעמיים על המילה גבעה?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גבעת זאב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גבעת שמואל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הגבעה הצרפתית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מקבלים כשמחברים באר עם המספר 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 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בארות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מקבלים כשמחברים בית ושמש?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שאן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לחם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איך בונים חידת תמונה: תמונה הופכת למילה – משלימים את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חול + ון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באר שבע נבנה מהמילה באר ועוד המספר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קריה + 8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איך בונים חידת תמונה: תמונה הופכת למילה – חושבים ובונים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איך פותרים חידת תמונה: מה עושים קודם, ומה אחר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בשיטת צורת זוגי גבעה + גבעה = גבעתיים. הסבירו למה מוסיפים את הסיומת בסוף המילה.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המציאו חידה חדשה בשיטת מילה + אותיות, כמו נהר + יה = נהריה. כתבו את המילה, האותיות ואת השם המתקבל.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יישוב עם מספר בשם, כמו קריית שמונה, וכתבו איך הייתם מציירים אותו בחידה.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פותרים חידה צעד אחר צעד – מכירים את סולם הרמזים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ברמז הראשון בסולם מסתכלים על המפה ובודקים באיזה אזור בארץ נמצא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הרמז האחרון בסולם הוא משחק המילים שבתמונה.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לחשוף את התשובה לפני שכותבים הסבר איך פתרו.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פותרים חידה צעד אחר צעד – מתרגלים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באיזה אזור בארץ (מפה)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התשובה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ראש + פינה = איזה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פינת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פינה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רמזים יש בסולם?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פותרים חידה צעד אחר צעד – כותבים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נהר + יה = __________ (שם יישוב בצפון הארץ)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באר + 7 = __________ (קוראים את המספר כמילה)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משחקים בכיתה: חידון, קבוצות ומפה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מהיר רואים חידה ובוחרים את היישוב הנכון מתוך כמה אפשרויות.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המפה צריך לכתוב את שם היישוב באותיות.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קבוצות אפשר לשחק רק עם קבוצה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מהיר, ניחוש נכון בניסיון השני שווה פחות נקודות מניחוש בניסיון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קבוצות אפשר לבחור שעון זמן לכל סבב.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משחקים בכיתה: חידון, קבוצות ומפה – משלימים את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בחידון מהיר, ניחוש נכון בניסיון הראשון שווה __________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קבוצות אפשר לשחק עם 2, __________ או 4 קבוצות.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המפה לוחצים על ה__________ הנכונה כדי לענות.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בסולם הרמזים, הרמז הראשון בחידה הוא לפי ה__________ – איפה היישוב נמצא בארץ.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קבוצות אפשר לקבל נקודת בונוס כשמסבירים את __________ שבחידה.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משחקים בכיתה: חידון, קבוצות ומפה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לפי הסדר הנכון את שלושת שלבי סולם הרמזים בחידה, מהרמז הראשון ועד האחרון.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במשפט אחד איך משחק המפה עוזר לפתור 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אתם משחקים במשחק קבוצות וקיבלתם חידה שהתשובה שלה בית שמש. כתבו איך תסבירו לחברי הקבוצה את משחק המילים כדי לקבל נקודת בונוס.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טיעון קצר: מתי כדאי לשחק בחידון מהיר עם שעון, ומתי כדאי בלי שעון?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בונים חידת תמונה משלנו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חידת תמונה אפשר לחלק שם יישוב לשני חלקים שמציירים בנפרד.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 אפשר לצייר חלק מהמילה, אי אפשר לבנות איתו חידה.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בספרה שקוראים אותה כמילה, כמו 7 במקום שבע.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לנסות לפתור את החידה בעצמנו לפני ששולחים אותה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חידת תמונה משלנו – מרכיבים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ראש + __________ = ראש פינה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כפר + __________ = כפר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נהר + __________ = נהריה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באר + __________ = באר 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חידת תמונה משלנו – מתכננים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יישוב משתי מילים (למשל כפר סבא). איך תחלקו אותו לשני חלקים לציור?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יישוב שיש בו חלק שאי אפשר לצייר, ואיזו אות או אותיות תוסיפו במקומו.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רמז קצר, בלי לגלות את התשובה, לחידה שתכננתם.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בדקו: האם מספר האותיות בתשובה מתאים למספר המשבצות שציירתם? הסבירו איך בדקתם.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אמריקאיות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יישוב מתקבל מחיבור ראש ופינה?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פינת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השלב הראשון בפתרון 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סופרים את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בקול מה רואים בכל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חושפים מיד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במשחק המפה?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ללחוץ על הנקודה הנכונה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 על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דוגמה היא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+ גן = רמת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+ שמש = בית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+ יונה = כפר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+ יה =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חידות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בונים את המילה אילת מתמונה ואותיות?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איל + האות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תמונות שלמות של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מורידים אות ממילה מוכרת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מקבל נקודת בונוס במשחק 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שמסביר את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שיושב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שלא 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שמצייר הכי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איך הופכים שתי תמונות לשם של יישוב, ותנו דוגמה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מהדרכים לבניית חידה (למשל סמיכות, הומופון, או מספר במקום מילה) והסבירו איך היא עובדת, עם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שלב אחד בסולם הרמזים (מפה, אות ראשונה, או משחק מילים) ולמה הוא עוזר לפתור את החידה.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לשייך יישוב לאזור שלו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איך לחבר תמונות ואותיות לשם של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להשתמש בסולם הרמזים כדי לפתור חידה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מקום בארץ: חידות תמונה על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